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1A782E" w14:textId="77777777" w:rsidR="003E3965" w:rsidRDefault="00000000">
      <w:pPr>
        <w:keepNext/>
        <w:pBdr>
          <w:bottom w:val="single" w:sz="4" w:space="3" w:color="D0D0D0"/>
        </w:pBdr>
        <w:spacing w:after="100"/>
      </w:pPr>
      <w:r>
        <w:rPr>
          <w:rFonts w:ascii="Century Gothic" w:hAnsi="Century Gothic" w:cs="Century Gothic"/>
          <w:color w:val="262626"/>
          <w:spacing w:val="40"/>
          <w:sz w:val="32"/>
        </w:rPr>
        <w:t>ANTHONY COWDEN</w:t>
      </w:r>
    </w:p>
    <w:p w14:paraId="08817460" w14:textId="13892714" w:rsidR="003E3965" w:rsidRDefault="00000000" w:rsidP="00A6564F">
      <w:pPr>
        <w:keepNext/>
      </w:pPr>
      <w:r>
        <w:rPr>
          <w:rFonts w:cs="Calibri"/>
        </w:rPr>
        <w:t xml:space="preserve">Joliet, IL | 618-207-5399 | </w:t>
      </w:r>
      <w:hyperlink r:id="rId6" w:history="1">
        <w:r w:rsidRPr="00AC787C">
          <w:rPr>
            <w:rStyle w:val="Hyperlink"/>
            <w:rFonts w:cs="Calibri"/>
          </w:rPr>
          <w:t>ancowden@yahoo.com</w:t>
        </w:r>
      </w:hyperlink>
      <w:r w:rsidR="00AC787C">
        <w:rPr>
          <w:rFonts w:cs="Calibri"/>
        </w:rPr>
        <w:t xml:space="preserve"> </w:t>
      </w:r>
      <w:r>
        <w:rPr>
          <w:rFonts w:cs="Calibri"/>
        </w:rPr>
        <w:t xml:space="preserve">| </w:t>
      </w:r>
      <w:hyperlink r:id="rId7" w:history="1">
        <w:r w:rsidRPr="00AC787C">
          <w:rPr>
            <w:rStyle w:val="Hyperlink"/>
            <w:rFonts w:cs="Calibri"/>
          </w:rPr>
          <w:t>www.anthon</w:t>
        </w:r>
        <w:r w:rsidRPr="00AC787C">
          <w:rPr>
            <w:rStyle w:val="Hyperlink"/>
            <w:rFonts w:cs="Calibri"/>
          </w:rPr>
          <w:t>y</w:t>
        </w:r>
        <w:r w:rsidRPr="00AC787C">
          <w:rPr>
            <w:rStyle w:val="Hyperlink"/>
            <w:rFonts w:cs="Calibri"/>
          </w:rPr>
          <w:t>cowden.com</w:t>
        </w:r>
      </w:hyperlink>
    </w:p>
    <w:p w14:paraId="39408C55" w14:textId="77777777" w:rsidR="00A6564F" w:rsidRDefault="00A6564F" w:rsidP="00A6564F">
      <w:pPr>
        <w:keepNext/>
        <w:pBdr>
          <w:bottom w:val="single" w:sz="12" w:space="1" w:color="808080"/>
        </w:pBdr>
        <w:rPr>
          <w:rFonts w:cs="Calibri"/>
          <w:b/>
          <w:smallCaps/>
          <w:color w:val="244061"/>
          <w:spacing w:val="48"/>
        </w:rPr>
      </w:pPr>
    </w:p>
    <w:p w14:paraId="695A3D7F" w14:textId="6097C3D4" w:rsidR="003E3965" w:rsidRDefault="00000000" w:rsidP="00A6564F">
      <w:pPr>
        <w:keepNext/>
        <w:pBdr>
          <w:bottom w:val="single" w:sz="12" w:space="1" w:color="808080"/>
        </w:pBdr>
      </w:pPr>
      <w:r>
        <w:rPr>
          <w:rFonts w:cs="Calibri"/>
          <w:b/>
          <w:smallCaps/>
          <w:color w:val="244061"/>
          <w:spacing w:val="48"/>
        </w:rPr>
        <w:t>SUMMARY</w:t>
      </w:r>
    </w:p>
    <w:p w14:paraId="45F61AEF" w14:textId="3C276E21" w:rsidR="003E3965" w:rsidRDefault="00000000" w:rsidP="00A6564F">
      <w:pPr>
        <w:keepNext/>
        <w:spacing w:before="80" w:after="120"/>
      </w:pPr>
      <w:r>
        <w:rPr>
          <w:rFonts w:cs="Calibri"/>
          <w:b/>
        </w:rPr>
        <w:t xml:space="preserve">AI Solutions Engineer </w:t>
      </w:r>
      <w:r w:rsidRPr="00CF6883">
        <w:rPr>
          <w:rFonts w:cs="Calibri"/>
          <w:b/>
        </w:rPr>
        <w:t xml:space="preserve">with 8+ years of </w:t>
      </w:r>
      <w:r w:rsidR="00A6564F" w:rsidRPr="00CF6883">
        <w:rPr>
          <w:rFonts w:cs="Calibri"/>
          <w:b/>
        </w:rPr>
        <w:t xml:space="preserve">combined </w:t>
      </w:r>
      <w:r w:rsidRPr="00CF6883">
        <w:rPr>
          <w:rFonts w:cs="Calibri"/>
          <w:b/>
        </w:rPr>
        <w:t>experience</w:t>
      </w:r>
      <w:r w:rsidR="00A6564F" w:rsidRPr="00CF6883">
        <w:rPr>
          <w:rFonts w:cs="Calibri"/>
          <w:b/>
        </w:rPr>
        <w:t xml:space="preserve"> at</w:t>
      </w:r>
      <w:r w:rsidR="00A6564F">
        <w:rPr>
          <w:rFonts w:cs="Calibri"/>
          <w:b/>
        </w:rPr>
        <w:t xml:space="preserve"> Amazon</w:t>
      </w:r>
      <w:r>
        <w:rPr>
          <w:rFonts w:cs="Calibri"/>
          <w:b/>
        </w:rPr>
        <w:t xml:space="preserve">, </w:t>
      </w:r>
      <w:r w:rsidR="00A6564F">
        <w:rPr>
          <w:rFonts w:cs="Calibri"/>
          <w:b/>
        </w:rPr>
        <w:t xml:space="preserve">including 3+ years in AI engineering, </w:t>
      </w:r>
      <w:r w:rsidRPr="00A6564F">
        <w:rPr>
          <w:rFonts w:cs="Calibri"/>
          <w:bCs/>
        </w:rPr>
        <w:t>specializing in AI agent development, software engineering, and enterprise IT support across large-scale technology environments.</w:t>
      </w:r>
    </w:p>
    <w:p w14:paraId="0D742EF3" w14:textId="6BE4FE23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Build</w:t>
      </w:r>
      <w:r w:rsidR="00506F70">
        <w:rPr>
          <w:rFonts w:cs="Calibri"/>
        </w:rPr>
        <w:t>s</w:t>
      </w:r>
      <w:r>
        <w:rPr>
          <w:rFonts w:cs="Calibri"/>
        </w:rPr>
        <w:t xml:space="preserve"> AI agents, web applications, and Python automation that help Amazon employees retrieve information, document achievements, pursue internal roles, and resolve technical issues.</w:t>
      </w:r>
    </w:p>
    <w:p w14:paraId="3D39D7E0" w14:textId="6912AB5D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Maintain</w:t>
      </w:r>
      <w:r w:rsidR="00506F70">
        <w:rPr>
          <w:rFonts w:cs="Calibri"/>
        </w:rPr>
        <w:t>s</w:t>
      </w:r>
      <w:r>
        <w:rPr>
          <w:rFonts w:cs="Calibri"/>
        </w:rPr>
        <w:t xml:space="preserve"> AI-enabled </w:t>
      </w:r>
      <w:r w:rsidR="00506F70">
        <w:rPr>
          <w:rFonts w:cs="Calibri"/>
        </w:rPr>
        <w:t>tools and</w:t>
      </w:r>
      <w:r>
        <w:rPr>
          <w:rFonts w:cs="Calibri"/>
        </w:rPr>
        <w:t xml:space="preserve"> application</w:t>
      </w:r>
      <w:r w:rsidR="00506F70">
        <w:rPr>
          <w:rFonts w:cs="Calibri"/>
        </w:rPr>
        <w:t>s</w:t>
      </w:r>
      <w:r>
        <w:rPr>
          <w:rFonts w:cs="Calibri"/>
        </w:rPr>
        <w:t xml:space="preserve"> by troubleshooting APIs</w:t>
      </w:r>
      <w:r w:rsidR="00506F70">
        <w:rPr>
          <w:rFonts w:cs="Calibri"/>
        </w:rPr>
        <w:t xml:space="preserve">, </w:t>
      </w:r>
      <w:r>
        <w:rPr>
          <w:rFonts w:cs="Calibri"/>
        </w:rPr>
        <w:t>monitoring logs</w:t>
      </w:r>
      <w:r w:rsidR="00506F70">
        <w:rPr>
          <w:rFonts w:cs="Calibri"/>
        </w:rPr>
        <w:t xml:space="preserve">, and </w:t>
      </w:r>
      <w:r>
        <w:rPr>
          <w:rFonts w:cs="Calibri"/>
        </w:rPr>
        <w:t>combining software development experience</w:t>
      </w:r>
      <w:r w:rsidR="00506F70">
        <w:rPr>
          <w:rFonts w:cs="Calibri"/>
        </w:rPr>
        <w:t xml:space="preserve"> in a Fortune 100 enterprise</w:t>
      </w:r>
      <w:r>
        <w:rPr>
          <w:rFonts w:cs="Calibri"/>
        </w:rPr>
        <w:t xml:space="preserve"> with a production support mindset.</w:t>
      </w:r>
    </w:p>
    <w:p w14:paraId="6F1B7DAB" w14:textId="786347E4" w:rsidR="003E3965" w:rsidRPr="00A6564F" w:rsidRDefault="00000000">
      <w:pPr>
        <w:pStyle w:val="ListParagraph"/>
        <w:keepLines/>
        <w:numPr>
          <w:ilvl w:val="0"/>
          <w:numId w:val="1"/>
        </w:numPr>
      </w:pPr>
      <w:r>
        <w:rPr>
          <w:rFonts w:cs="Calibri"/>
        </w:rPr>
        <w:t>Work</w:t>
      </w:r>
      <w:r w:rsidR="00506F70">
        <w:rPr>
          <w:rFonts w:cs="Calibri"/>
        </w:rPr>
        <w:t>s</w:t>
      </w:r>
      <w:r>
        <w:rPr>
          <w:rFonts w:cs="Calibri"/>
        </w:rPr>
        <w:t xml:space="preserve"> across Python, Django, JavaScript, React, Java, Amazon Bedrock, and AWS services, backed by a B.S. in Software Engineering and cloud and Linux credentials.</w:t>
      </w:r>
    </w:p>
    <w:p w14:paraId="1AF4E4CC" w14:textId="77777777" w:rsidR="00A6564F" w:rsidRDefault="00A6564F" w:rsidP="00A6564F">
      <w:pPr>
        <w:keepLines/>
      </w:pPr>
    </w:p>
    <w:p w14:paraId="6F3B840E" w14:textId="55CC5B7A" w:rsidR="00DA336D" w:rsidRPr="00DA336D" w:rsidRDefault="00DA336D" w:rsidP="00DA336D">
      <w:pPr>
        <w:keepNext/>
        <w:pBdr>
          <w:bottom w:val="single" w:sz="12" w:space="1" w:color="808080"/>
        </w:pBdr>
      </w:pPr>
      <w:r>
        <w:rPr>
          <w:rFonts w:cs="Calibri"/>
          <w:b/>
          <w:smallCaps/>
          <w:color w:val="244061"/>
          <w:spacing w:val="48"/>
        </w:rPr>
        <w:t>SKILLS</w:t>
      </w:r>
    </w:p>
    <w:p w14:paraId="6EA10B40" w14:textId="77777777" w:rsidR="00DA336D" w:rsidRPr="00DA336D" w:rsidRDefault="00DA336D" w:rsidP="00A6564F">
      <w:pPr>
        <w:keepLines/>
        <w:rPr>
          <w:sz w:val="8"/>
          <w:szCs w:val="8"/>
        </w:rPr>
      </w:pPr>
    </w:p>
    <w:p w14:paraId="5FF38199" w14:textId="77777777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  <w:sectPr w:rsidR="00DA336D">
          <w:pgSz w:w="12240" w:h="15840"/>
          <w:pgMar w:top="720" w:right="720" w:bottom="720" w:left="720" w:header="360" w:footer="360" w:gutter="0"/>
          <w:cols w:space="720"/>
          <w:docGrid w:linePitch="360"/>
        </w:sectPr>
      </w:pPr>
    </w:p>
    <w:p w14:paraId="63EFE296" w14:textId="575991FE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AI Agent Development</w:t>
      </w:r>
    </w:p>
    <w:p w14:paraId="450019C8" w14:textId="039F1B7B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Software Development</w:t>
      </w:r>
    </w:p>
    <w:p w14:paraId="4D3E3CA0" w14:textId="57C734BC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Web Application Development</w:t>
      </w:r>
    </w:p>
    <w:p w14:paraId="4F638F2D" w14:textId="59A50663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Python Development</w:t>
      </w:r>
    </w:p>
    <w:p w14:paraId="44C35C06" w14:textId="709226EE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API Troubleshooting</w:t>
      </w:r>
    </w:p>
    <w:p w14:paraId="5545E14E" w14:textId="4513F8EE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System Integration</w:t>
      </w:r>
    </w:p>
    <w:p w14:paraId="7EFED56F" w14:textId="776BE50E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Workflow Automation</w:t>
      </w:r>
    </w:p>
    <w:p w14:paraId="0E18A705" w14:textId="0DA62907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Application Maintenance</w:t>
      </w:r>
    </w:p>
    <w:p w14:paraId="4D81C019" w14:textId="4DFD6BBB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Log Monitoring</w:t>
      </w:r>
    </w:p>
    <w:p w14:paraId="359F2660" w14:textId="55ECEA60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AWS Cloud Services</w:t>
      </w:r>
    </w:p>
    <w:p w14:paraId="704E734A" w14:textId="7816DAD0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IT Service Management</w:t>
      </w:r>
    </w:p>
    <w:p w14:paraId="591EA711" w14:textId="663A3543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Cross-Platform Support</w:t>
      </w:r>
    </w:p>
    <w:p w14:paraId="6EF157EC" w14:textId="59E9143C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Technical Communication</w:t>
      </w:r>
    </w:p>
    <w:p w14:paraId="6B130B3D" w14:textId="31A0C14D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Cross-Functional Collaboration</w:t>
      </w:r>
    </w:p>
    <w:p w14:paraId="372F1492" w14:textId="43DE97FF" w:rsidR="00DA336D" w:rsidRDefault="00DA336D" w:rsidP="00DA336D">
      <w:pPr>
        <w:pStyle w:val="ListParagraph"/>
        <w:keepLines/>
        <w:numPr>
          <w:ilvl w:val="0"/>
          <w:numId w:val="3"/>
        </w:numPr>
        <w:ind w:left="360"/>
      </w:pPr>
      <w:r w:rsidRPr="00DA336D">
        <w:t>User-Focused Solutions</w:t>
      </w:r>
    </w:p>
    <w:p w14:paraId="1BBFB3DC" w14:textId="77777777" w:rsidR="00DA336D" w:rsidRDefault="00DA336D" w:rsidP="00A6564F">
      <w:pPr>
        <w:keepLines/>
        <w:sectPr w:rsidR="00DA336D" w:rsidSect="00DA336D">
          <w:type w:val="continuous"/>
          <w:pgSz w:w="12240" w:h="15840"/>
          <w:pgMar w:top="720" w:right="720" w:bottom="720" w:left="720" w:header="360" w:footer="360" w:gutter="0"/>
          <w:cols w:num="3" w:space="720"/>
          <w:docGrid w:linePitch="360"/>
        </w:sectPr>
      </w:pPr>
    </w:p>
    <w:p w14:paraId="398535F3" w14:textId="77777777" w:rsidR="00DA336D" w:rsidRDefault="00DA336D" w:rsidP="00A6564F">
      <w:pPr>
        <w:keepLines/>
      </w:pPr>
    </w:p>
    <w:p w14:paraId="732227AE" w14:textId="77777777" w:rsidR="003E3965" w:rsidRDefault="00000000" w:rsidP="00DA336D">
      <w:pPr>
        <w:keepNext/>
        <w:pBdr>
          <w:bottom w:val="single" w:sz="12" w:space="1" w:color="808080"/>
        </w:pBdr>
      </w:pPr>
      <w:r>
        <w:rPr>
          <w:rFonts w:cs="Calibri"/>
          <w:b/>
          <w:smallCaps/>
          <w:color w:val="244061"/>
          <w:spacing w:val="48"/>
        </w:rPr>
        <w:t>EXPERIENCE</w:t>
      </w:r>
    </w:p>
    <w:p w14:paraId="00594011" w14:textId="77777777" w:rsidR="003E3965" w:rsidRDefault="00000000" w:rsidP="00AE4348">
      <w:pPr>
        <w:keepNext/>
        <w:spacing w:before="80"/>
      </w:pPr>
      <w:r>
        <w:rPr>
          <w:rFonts w:cs="Calibri"/>
          <w:b/>
          <w:color w:val="244061"/>
          <w:sz w:val="21"/>
        </w:rPr>
        <w:t>Amazon</w:t>
      </w:r>
    </w:p>
    <w:p w14:paraId="7AFB7768" w14:textId="77777777" w:rsidR="003E3965" w:rsidRDefault="00000000" w:rsidP="00AE4348">
      <w:pPr>
        <w:keepNext/>
        <w:tabs>
          <w:tab w:val="right" w:pos="10800"/>
        </w:tabs>
        <w:spacing w:after="120"/>
      </w:pPr>
      <w:r>
        <w:rPr>
          <w:rFonts w:cs="Calibri"/>
          <w:i/>
        </w:rPr>
        <w:t>Application Development Special Interest Group Member</w:t>
      </w:r>
      <w:r>
        <w:tab/>
      </w:r>
      <w:r>
        <w:rPr>
          <w:rFonts w:cs="Calibri"/>
          <w:i/>
        </w:rPr>
        <w:t>January 2023 – Present</w:t>
      </w:r>
    </w:p>
    <w:p w14:paraId="1C20C992" w14:textId="77777777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Contribute to Amazon's Application Development Special Interest Group, building internal AI agents, web applications, and automation that address practical needs across the IT organization.</w:t>
      </w:r>
    </w:p>
    <w:p w14:paraId="30E1A069" w14:textId="77777777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Developed an AI knowledge agent that helps IT associates locate needed information, giving support personnel a more direct way to access operational guidance.</w:t>
      </w:r>
    </w:p>
    <w:p w14:paraId="5AD3A2BA" w14:textId="77777777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Built a career-tracking application where associates record achievements and managers view progress, centralizing information used for employee development and internal mobility.</w:t>
      </w:r>
    </w:p>
    <w:p w14:paraId="04169776" w14:textId="77777777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Embedded an AI resume agent into the career tracker so employees can convert recorded accomplishments into application materials for internal transfer opportunities.</w:t>
      </w:r>
    </w:p>
    <w:p w14:paraId="71BD2DD4" w14:textId="77777777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Maintain the career tracker by troubleshooting API behavior and monitoring application logs, using API and log data to identify and resolve application issues.</w:t>
      </w:r>
    </w:p>
    <w:p w14:paraId="0194256A" w14:textId="77777777" w:rsidR="003E3965" w:rsidRPr="00AE4348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Delivered an instructional website for non-IT users and a Python script that simplified remote workstation connections, expanding self-service guidance and technician efficiency.</w:t>
      </w:r>
    </w:p>
    <w:p w14:paraId="3F753FED" w14:textId="77777777" w:rsidR="00AE4348" w:rsidRDefault="00AE4348" w:rsidP="00AE4348">
      <w:pPr>
        <w:keepLines/>
        <w:spacing w:after="16"/>
      </w:pPr>
    </w:p>
    <w:p w14:paraId="2B6C0FAD" w14:textId="77777777" w:rsidR="003E3965" w:rsidRDefault="00000000" w:rsidP="00AE4348">
      <w:pPr>
        <w:keepNext/>
        <w:tabs>
          <w:tab w:val="right" w:pos="10800"/>
        </w:tabs>
        <w:spacing w:before="40" w:after="120"/>
      </w:pPr>
      <w:r>
        <w:rPr>
          <w:rFonts w:cs="Calibri"/>
          <w:i/>
        </w:rPr>
        <w:t>IT Support Associate II</w:t>
      </w:r>
      <w:r>
        <w:tab/>
      </w:r>
      <w:r>
        <w:rPr>
          <w:rFonts w:cs="Calibri"/>
          <w:i/>
        </w:rPr>
        <w:t>July 2018 – Present</w:t>
      </w:r>
    </w:p>
    <w:p w14:paraId="6BA23437" w14:textId="4383582C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 xml:space="preserve">Resolve Amazon IT requests in ServiceNow, applying </w:t>
      </w:r>
      <w:r w:rsidR="004454FB">
        <w:rPr>
          <w:rFonts w:cs="Calibri"/>
        </w:rPr>
        <w:t>extensive</w:t>
      </w:r>
      <w:r>
        <w:rPr>
          <w:rFonts w:cs="Calibri"/>
        </w:rPr>
        <w:t xml:space="preserve"> </w:t>
      </w:r>
      <w:r w:rsidR="004454FB">
        <w:rPr>
          <w:rFonts w:cs="Calibri"/>
        </w:rPr>
        <w:t xml:space="preserve">hands-on </w:t>
      </w:r>
      <w:r>
        <w:rPr>
          <w:rFonts w:cs="Calibri"/>
        </w:rPr>
        <w:t xml:space="preserve">enterprise support experience to diagnose </w:t>
      </w:r>
      <w:r w:rsidR="00642E4F">
        <w:rPr>
          <w:rFonts w:cs="Calibri"/>
        </w:rPr>
        <w:t xml:space="preserve">more complex </w:t>
      </w:r>
      <w:r>
        <w:rPr>
          <w:rFonts w:cs="Calibri"/>
        </w:rPr>
        <w:t>user issues and provide clear guidance across day-to-day technology needs.</w:t>
      </w:r>
    </w:p>
    <w:p w14:paraId="48BA1B8D" w14:textId="77777777" w:rsidR="003E3965" w:rsidRDefault="00000000">
      <w:pPr>
        <w:pStyle w:val="ListParagraph"/>
        <w:keepLines/>
        <w:numPr>
          <w:ilvl w:val="0"/>
          <w:numId w:val="1"/>
        </w:numPr>
        <w:spacing w:after="16"/>
      </w:pPr>
      <w:r>
        <w:rPr>
          <w:rFonts w:cs="Calibri"/>
        </w:rPr>
        <w:t>Support Windows 11 laptops and desktops, Linux thin clients, and Android devices, using cross-platform troubleshooting to restore device functionality and user productivity.</w:t>
      </w:r>
    </w:p>
    <w:p w14:paraId="26BFD228" w14:textId="77777777" w:rsidR="003E3965" w:rsidRPr="00AE4348" w:rsidRDefault="00000000">
      <w:pPr>
        <w:pStyle w:val="ListParagraph"/>
        <w:keepLines/>
        <w:numPr>
          <w:ilvl w:val="0"/>
          <w:numId w:val="1"/>
        </w:numPr>
      </w:pPr>
      <w:r>
        <w:rPr>
          <w:rFonts w:cs="Calibri"/>
        </w:rPr>
        <w:t>Assist engineers with networking equipment support, contributing frontline user and device context during network troubleshooting and technical problem resolution.</w:t>
      </w:r>
    </w:p>
    <w:p w14:paraId="73DFADF5" w14:textId="77777777" w:rsidR="00AE4348" w:rsidRDefault="00AE4348" w:rsidP="00AE4348">
      <w:pPr>
        <w:keepLines/>
      </w:pPr>
    </w:p>
    <w:p w14:paraId="27EE0B85" w14:textId="77777777" w:rsidR="003E3965" w:rsidRDefault="00000000" w:rsidP="00AE4348">
      <w:pPr>
        <w:keepNext/>
        <w:pBdr>
          <w:bottom w:val="single" w:sz="12" w:space="1" w:color="808080"/>
        </w:pBdr>
      </w:pPr>
      <w:r>
        <w:rPr>
          <w:rFonts w:cs="Calibri"/>
          <w:b/>
          <w:smallCaps/>
          <w:color w:val="244061"/>
          <w:spacing w:val="48"/>
        </w:rPr>
        <w:t>EDUCATION</w:t>
      </w:r>
    </w:p>
    <w:p w14:paraId="723CAFA0" w14:textId="77777777" w:rsidR="003E3965" w:rsidRDefault="00000000" w:rsidP="00AE4348">
      <w:pPr>
        <w:spacing w:before="80"/>
        <w:rPr>
          <w:rFonts w:cs="Calibri"/>
        </w:rPr>
      </w:pPr>
      <w:r>
        <w:rPr>
          <w:rFonts w:cs="Calibri"/>
          <w:b/>
        </w:rPr>
        <w:t>B.S. in Software Engineering</w:t>
      </w:r>
      <w:r>
        <w:rPr>
          <w:rFonts w:cs="Calibri"/>
        </w:rPr>
        <w:t xml:space="preserve"> | Western Governors University</w:t>
      </w:r>
    </w:p>
    <w:p w14:paraId="4AC88866" w14:textId="77777777" w:rsidR="00AE4348" w:rsidRDefault="00AE4348" w:rsidP="00AE4348"/>
    <w:p w14:paraId="1D2A83D0" w14:textId="77777777" w:rsidR="003E3965" w:rsidRDefault="00000000" w:rsidP="00AE4348">
      <w:pPr>
        <w:keepNext/>
        <w:pBdr>
          <w:bottom w:val="single" w:sz="12" w:space="1" w:color="808080"/>
        </w:pBdr>
      </w:pPr>
      <w:r>
        <w:rPr>
          <w:rFonts w:cs="Calibri"/>
          <w:b/>
          <w:smallCaps/>
          <w:color w:val="244061"/>
          <w:spacing w:val="48"/>
        </w:rPr>
        <w:t>TECHNICAL SKILLS &amp; CERTIFICATIONS</w:t>
      </w:r>
    </w:p>
    <w:p w14:paraId="030F919E" w14:textId="77777777" w:rsidR="003E3965" w:rsidRDefault="00000000" w:rsidP="00AE4348">
      <w:pPr>
        <w:spacing w:before="80"/>
      </w:pPr>
      <w:r>
        <w:rPr>
          <w:rFonts w:cs="Calibri"/>
          <w:b/>
        </w:rPr>
        <w:t xml:space="preserve">Programming &amp; Frameworks: </w:t>
      </w:r>
      <w:r>
        <w:rPr>
          <w:rFonts w:cs="Calibri"/>
        </w:rPr>
        <w:t>Python, Django, JavaScript, React, Java, Git</w:t>
      </w:r>
    </w:p>
    <w:p w14:paraId="0751FFB7" w14:textId="77777777" w:rsidR="003E3965" w:rsidRDefault="00000000">
      <w:r>
        <w:rPr>
          <w:rFonts w:cs="Calibri"/>
          <w:b/>
        </w:rPr>
        <w:t xml:space="preserve">AI &amp; Cloud: </w:t>
      </w:r>
      <w:r>
        <w:rPr>
          <w:rFonts w:cs="Calibri"/>
        </w:rPr>
        <w:t>Amazon Bedrock, AWS Lambda, API Gateway, S3, DynamoDB, RDS, CloudFormation, CloudWatch</w:t>
      </w:r>
    </w:p>
    <w:p w14:paraId="6FCBD47D" w14:textId="77777777" w:rsidR="003E3965" w:rsidRDefault="00000000">
      <w:r>
        <w:rPr>
          <w:rFonts w:cs="Calibri"/>
          <w:b/>
        </w:rPr>
        <w:t xml:space="preserve">Platforms: </w:t>
      </w:r>
      <w:r>
        <w:rPr>
          <w:rFonts w:cs="Calibri"/>
        </w:rPr>
        <w:t>ServiceNow, Windows, Linux, Android, Networking</w:t>
      </w:r>
    </w:p>
    <w:p w14:paraId="79A3BB67" w14:textId="77777777" w:rsidR="003E3965" w:rsidRDefault="00000000">
      <w:pPr>
        <w:keepLines/>
      </w:pPr>
      <w:r>
        <w:rPr>
          <w:rFonts w:cs="Calibri"/>
          <w:b/>
        </w:rPr>
        <w:t xml:space="preserve">Certifications: </w:t>
      </w:r>
      <w:r>
        <w:rPr>
          <w:rFonts w:cs="Calibri"/>
        </w:rPr>
        <w:t>Python Certified Associate Programmer, CompTIA Linux+, AWS Certified Cloud Practitioner, ITIL Foundations</w:t>
      </w:r>
    </w:p>
    <w:sectPr w:rsidR="003E3965" w:rsidSect="00DA336D">
      <w:type w:val="continuous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5A1E4F"/>
    <w:multiLevelType w:val="hybridMultilevel"/>
    <w:tmpl w:val="E56CF358"/>
    <w:lvl w:ilvl="0" w:tplc="78B4334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F42DFF"/>
    <w:multiLevelType w:val="singleLevel"/>
    <w:tmpl w:val="924CFCB4"/>
    <w:lvl w:ilvl="0">
      <w:start w:val="1"/>
      <w:numFmt w:val="bullet"/>
      <w:pStyle w:val="ListBullet"/>
      <w:lvlText w:val="▪"/>
      <w:lvlJc w:val="left"/>
      <w:pPr>
        <w:tabs>
          <w:tab w:val="num" w:pos="300"/>
        </w:tabs>
        <w:ind w:left="300" w:hanging="150"/>
      </w:pPr>
      <w:rPr>
        <w:rFonts w:ascii="Arial" w:hAnsi="Arial"/>
      </w:rPr>
    </w:lvl>
  </w:abstractNum>
  <w:abstractNum w:abstractNumId="11" w15:restartNumberingAfterBreak="0">
    <w:nsid w:val="1B40132F"/>
    <w:multiLevelType w:val="hybridMultilevel"/>
    <w:tmpl w:val="61E4BC34"/>
    <w:lvl w:ilvl="0" w:tplc="78B4334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02414">
    <w:abstractNumId w:val="10"/>
  </w:num>
  <w:num w:numId="2" w16cid:durableId="472256212">
    <w:abstractNumId w:val="11"/>
  </w:num>
  <w:num w:numId="3" w16cid:durableId="178765202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3965"/>
    <w:rsid w:val="004454FB"/>
    <w:rsid w:val="00506F70"/>
    <w:rsid w:val="00642E4F"/>
    <w:rsid w:val="007D2B8D"/>
    <w:rsid w:val="00903662"/>
    <w:rsid w:val="00A6564F"/>
    <w:rsid w:val="00AA1D8D"/>
    <w:rsid w:val="00AC787C"/>
    <w:rsid w:val="00AE4348"/>
    <w:rsid w:val="00B47730"/>
    <w:rsid w:val="00B81FB3"/>
    <w:rsid w:val="00CB0664"/>
    <w:rsid w:val="00CF6883"/>
    <w:rsid w:val="00DA336D"/>
    <w:rsid w:val="00F938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056F18"/>
  <w14:defaultImageDpi w14:val="300"/>
  <w15:docId w15:val="{011F9A3B-EF4F-0A4B-8E45-716FD037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color w:val="40404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C78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8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6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nthonycowden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cowden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464</Words>
  <Characters>3004</Characters>
  <Application>Microsoft Office Word</Application>
  <DocSecurity>0</DocSecurity>
  <Lines>81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Cameron Gurr</cp:lastModifiedBy>
  <cp:revision>11</cp:revision>
  <dcterms:created xsi:type="dcterms:W3CDTF">2026-08-20T18:46:00Z</dcterms:created>
  <dcterms:modified xsi:type="dcterms:W3CDTF">2026-08-20T18:55:00Z</dcterms:modified>
  <cp:category/>
  <dc:identifier/>
  <cp:contentStatus/>
  <dc:language/>
  <cp:version/>
</cp:coreProperties>
</file>